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</w:pPr>
      <w:r>
        <w:t>International Jordanian Journal Aryam (IJJA)</w:t>
      </w:r>
    </w:p>
    <w:p>
      <w:r>
        <w:t>SCOPUS-STYLE PEER REVIEW REPORT FORM (Double-Blind)</w:t>
      </w:r>
    </w:p>
    <w:p>
      <w:pPr>
        <w:pStyle w:val="Heading1"/>
      </w:pPr>
      <w:r>
        <w:t>Manuscript Information</w:t>
      </w:r>
    </w:p>
    <w:p>
      <w:r>
        <w:t>Title: __________________________</w:t>
      </w:r>
    </w:p>
    <w:p>
      <w:r>
        <w:t>Manuscript ID: __________________</w:t>
      </w:r>
    </w:p>
    <w:p>
      <w:r>
        <w:t>Date: ___________________________</w:t>
      </w:r>
    </w:p>
    <w:p>
      <w:r>
        <w:t>Reviewer ID: _____________________</w:t>
      </w:r>
    </w:p>
    <w:p>
      <w:pPr>
        <w:pStyle w:val="Heading1"/>
      </w:pPr>
      <w:r>
        <w:t>Evaluation Criteria (Score 1–5)</w:t>
      </w:r>
    </w:p>
    <w:p>
      <w:r>
        <w:t>Originality: 1  2  3  4  5</w:t>
      </w:r>
    </w:p>
    <w:p>
      <w:r>
        <w:t>Scientific Contribution: 1  2  3  4  5</w:t>
      </w:r>
    </w:p>
    <w:p>
      <w:r>
        <w:t>Methodology: 1  2  3  4  5</w:t>
      </w:r>
    </w:p>
    <w:p>
      <w:r>
        <w:t>Clarity of Presentation: 1  2  3  4  5</w:t>
      </w:r>
    </w:p>
    <w:p>
      <w:r>
        <w:t>Literature Quality: 1  2  3  4  5</w:t>
      </w:r>
    </w:p>
    <w:p>
      <w:r>
        <w:t>Data Validity: 1  2  3  4  5</w:t>
      </w:r>
    </w:p>
    <w:p>
      <w:r>
        <w:t>Ethical Compliance: 1  2  3  4  5</w:t>
      </w:r>
    </w:p>
    <w:p>
      <w:pPr>
        <w:pStyle w:val="Heading1"/>
      </w:pPr>
      <w:r>
        <w:t>Recommendation</w:t>
      </w:r>
    </w:p>
    <w:p>
      <w:r>
        <w:t>Accept / Minor Revision / Major Revision / Reject</w:t>
      </w:r>
    </w:p>
    <w:p>
      <w:pPr>
        <w:pStyle w:val="Heading1"/>
      </w:pPr>
      <w:r>
        <w:t>Comments to Author</w:t>
      </w:r>
    </w:p>
    <w:p>
      <w:r>
        <w:t>________________________________________________________</w:t>
      </w:r>
    </w:p>
    <w:p>
      <w:r>
        <w:t>________________________________________________________</w:t>
      </w:r>
    </w:p>
    <w:p>
      <w:pPr>
        <w:pStyle w:val="Heading1"/>
      </w:pPr>
      <w:r>
        <w:t>Confidential Comments to Editor</w:t>
      </w:r>
    </w:p>
    <w:p>
      <w:r>
        <w:t>________________________________________________________</w:t>
      </w:r>
    </w:p>
    <w:p>
      <w:pPr>
        <w:pStyle w:val="Heading1"/>
      </w:pPr>
      <w:r>
        <w:t>Declaration</w:t>
      </w:r>
    </w:p>
    <w:p>
      <w:r>
        <w:t>I confirm confidentiality and no conflict of interest.</w:t>
      </w:r>
    </w:p>
    <w:p>
      <w:r>
        <w:t>Signature: 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